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Georgia" w:hAnsi="Georgia" w:eastAsia="Georgia"/>
          <w:b/>
          <w:color w:val="061F3F"/>
          <w:sz w:val="56"/>
        </w:rPr>
        <w:t>IJAMRET</w:t>
      </w:r>
    </w:p>
    <w:p>
      <w:pPr>
        <w:spacing w:after="120"/>
        <w:jc w:val="center"/>
      </w:pPr>
      <w:r>
        <w:rPr>
          <w:b/>
          <w:color w:val="061F3F"/>
          <w:sz w:val="24"/>
        </w:rPr>
        <w:t>International Journal of Advanced Multidisciplinary Research and Emerging Trends</w:t>
      </w:r>
    </w:p>
    <w:p>
      <w:pPr>
        <w:spacing w:after="240"/>
        <w:jc w:val="center"/>
      </w:pPr>
      <w:r>
        <w:rPr>
          <w:b/>
          <w:color w:val="FF7A18"/>
          <w:sz w:val="36"/>
        </w:rPr>
        <w:t>Official Manuscript Template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  <w:tcBorders>
              <w:top w:val="single" w:sz="4" w:color="DDE7F0"/>
              <w:left w:val="single" w:sz="4" w:color="DDE7F0"/>
              <w:bottom w:val="single" w:sz="4" w:color="DDE7F0"/>
              <w:right w:val="single" w:sz="4" w:color="DDE7F0"/>
            </w:tcBorders>
            <w:shd w:fill="EDF4FB"/>
          </w:tcPr>
          <w:p>
            <w:pPr>
              <w:spacing w:before="40" w:after="40"/>
            </w:pPr>
            <w:r>
              <w:rPr>
                <w:b/>
                <w:color w:val="061F3F"/>
                <w:sz w:val="19"/>
              </w:rPr>
              <w:t>Article Type</w:t>
            </w:r>
          </w:p>
        </w:tc>
        <w:tc>
          <w:tcPr>
            <w:tcW w:type="dxa" w:w="4968"/>
            <w:vAlign w:val="center"/>
            <w:tcBorders>
              <w:top w:val="single" w:sz="4" w:color="DDE7F0"/>
              <w:left w:val="single" w:sz="4" w:color="DDE7F0"/>
              <w:bottom w:val="single" w:sz="4" w:color="DDE7F0"/>
              <w:right w:val="single" w:sz="4" w:color="DDE7F0"/>
            </w:tcBorders>
          </w:tcPr>
          <w:p>
            <w:pPr>
              <w:spacing w:before="40" w:after="40"/>
            </w:pPr>
            <w:r>
              <w:rPr>
                <w:color w:val="4B5B70"/>
                <w:sz w:val="19"/>
              </w:rPr>
              <w:t>Research Article / Review Paper / Case Study</w:t>
            </w:r>
          </w:p>
        </w:tc>
      </w:tr>
      <w:tr>
        <w:tc>
          <w:tcPr>
            <w:tcW w:type="dxa" w:w="4968"/>
            <w:vAlign w:val="center"/>
            <w:tcBorders>
              <w:top w:val="single" w:sz="4" w:color="DDE7F0"/>
              <w:left w:val="single" w:sz="4" w:color="DDE7F0"/>
              <w:bottom w:val="single" w:sz="4" w:color="DDE7F0"/>
              <w:right w:val="single" w:sz="4" w:color="DDE7F0"/>
            </w:tcBorders>
            <w:shd w:fill="EDF4FB"/>
          </w:tcPr>
          <w:p>
            <w:pPr>
              <w:spacing w:before="40" w:after="40"/>
            </w:pPr>
            <w:r>
              <w:rPr>
                <w:b/>
                <w:color w:val="061F3F"/>
                <w:sz w:val="19"/>
              </w:rPr>
              <w:t>Manuscript ID</w:t>
            </w:r>
          </w:p>
        </w:tc>
        <w:tc>
          <w:tcPr>
            <w:tcW w:type="dxa" w:w="4968"/>
            <w:vAlign w:val="center"/>
            <w:tcBorders>
              <w:top w:val="single" w:sz="4" w:color="DDE7F0"/>
              <w:left w:val="single" w:sz="4" w:color="DDE7F0"/>
              <w:bottom w:val="single" w:sz="4" w:color="DDE7F0"/>
              <w:right w:val="single" w:sz="4" w:color="DDE7F0"/>
            </w:tcBorders>
          </w:tcPr>
          <w:p>
            <w:pPr>
              <w:spacing w:before="40" w:after="40"/>
            </w:pPr>
            <w:r>
              <w:rPr>
                <w:color w:val="4B5B70"/>
                <w:sz w:val="19"/>
              </w:rPr>
              <w:t>To be assigned by journal</w:t>
            </w:r>
          </w:p>
        </w:tc>
      </w:tr>
      <w:tr>
        <w:tc>
          <w:tcPr>
            <w:tcW w:type="dxa" w:w="4968"/>
            <w:vAlign w:val="center"/>
            <w:tcBorders>
              <w:top w:val="single" w:sz="4" w:color="DDE7F0"/>
              <w:left w:val="single" w:sz="4" w:color="DDE7F0"/>
              <w:bottom w:val="single" w:sz="4" w:color="DDE7F0"/>
              <w:right w:val="single" w:sz="4" w:color="DDE7F0"/>
            </w:tcBorders>
            <w:shd w:fill="EDF4FB"/>
          </w:tcPr>
          <w:p>
            <w:pPr>
              <w:spacing w:before="40" w:after="40"/>
            </w:pPr>
            <w:r>
              <w:rPr>
                <w:b/>
                <w:color w:val="061F3F"/>
                <w:sz w:val="19"/>
              </w:rPr>
              <w:t>Submission Date</w:t>
            </w:r>
          </w:p>
        </w:tc>
        <w:tc>
          <w:tcPr>
            <w:tcW w:type="dxa" w:w="4968"/>
            <w:vAlign w:val="center"/>
            <w:tcBorders>
              <w:top w:val="single" w:sz="4" w:color="DDE7F0"/>
              <w:left w:val="single" w:sz="4" w:color="DDE7F0"/>
              <w:bottom w:val="single" w:sz="4" w:color="DDE7F0"/>
              <w:right w:val="single" w:sz="4" w:color="DDE7F0"/>
            </w:tcBorders>
          </w:tcPr>
          <w:p>
            <w:pPr>
              <w:spacing w:before="40" w:after="40"/>
            </w:pPr>
            <w:r>
              <w:rPr>
                <w:color w:val="4B5B70"/>
                <w:sz w:val="19"/>
              </w:rPr>
              <w:t>DD Month YYYY</w:t>
            </w:r>
          </w:p>
        </w:tc>
      </w:tr>
      <w:tr>
        <w:tc>
          <w:tcPr>
            <w:tcW w:type="dxa" w:w="4968"/>
            <w:vAlign w:val="center"/>
            <w:tcBorders>
              <w:top w:val="single" w:sz="4" w:color="DDE7F0"/>
              <w:left w:val="single" w:sz="4" w:color="DDE7F0"/>
              <w:bottom w:val="single" w:sz="4" w:color="DDE7F0"/>
              <w:right w:val="single" w:sz="4" w:color="DDE7F0"/>
            </w:tcBorders>
            <w:shd w:fill="EDF4FB"/>
          </w:tcPr>
          <w:p>
            <w:pPr>
              <w:spacing w:before="40" w:after="40"/>
            </w:pPr>
            <w:r>
              <w:rPr>
                <w:b/>
                <w:color w:val="061F3F"/>
                <w:sz w:val="19"/>
              </w:rPr>
              <w:t>Corresponding Author</w:t>
            </w:r>
          </w:p>
        </w:tc>
        <w:tc>
          <w:tcPr>
            <w:tcW w:type="dxa" w:w="4968"/>
            <w:vAlign w:val="center"/>
            <w:tcBorders>
              <w:top w:val="single" w:sz="4" w:color="DDE7F0"/>
              <w:left w:val="single" w:sz="4" w:color="DDE7F0"/>
              <w:bottom w:val="single" w:sz="4" w:color="DDE7F0"/>
              <w:right w:val="single" w:sz="4" w:color="DDE7F0"/>
            </w:tcBorders>
          </w:tcPr>
          <w:p>
            <w:pPr>
              <w:spacing w:before="40" w:after="40"/>
            </w:pPr>
            <w:r>
              <w:rPr>
                <w:color w:val="4B5B70"/>
                <w:sz w:val="19"/>
              </w:rPr>
              <w:t>Name, Email, Institution</w:t>
            </w:r>
          </w:p>
        </w:tc>
      </w:tr>
    </w:tbl>
    <w:p>
      <w:pPr>
        <w:pStyle w:val="TemplateNote"/>
        <w:spacing w:after="320"/>
        <w:jc w:val="center"/>
      </w:pPr>
      <w:r>
        <w:t>Replace all placeholder text with manuscript content before submission. Do not alter section headings unless required by article type.</w:t>
      </w:r>
    </w:p>
    <w:p>
      <w:pPr>
        <w:pStyle w:val="Title"/>
        <w:spacing w:after="120"/>
        <w:jc w:val="center"/>
      </w:pPr>
      <w:r>
        <w:t>[Full Manuscript Title in Title Case]</w:t>
      </w:r>
    </w:p>
    <w:p>
      <w:pPr>
        <w:spacing w:after="40"/>
        <w:jc w:val="center"/>
      </w:pPr>
      <w:r>
        <w:rPr>
          <w:b/>
          <w:color w:val="061F3F"/>
          <w:sz w:val="22"/>
        </w:rPr>
        <w:t>[Author Name 1]1, [Author Name 2]2, [Author Name 3]3</w:t>
      </w:r>
    </w:p>
    <w:p>
      <w:pPr>
        <w:spacing w:after="280"/>
        <w:jc w:val="center"/>
      </w:pPr>
      <w:r>
        <w:rPr>
          <w:color w:val="4B5B70"/>
          <w:sz w:val="19"/>
        </w:rPr>
        <w:t>1 Department, Institution, City, Country | Email: author1@example.com</w:t>
        <w:br/>
        <w:t>2 Department, Institution, City, Country | Email: author2@example.com</w:t>
        <w:br/>
        <w:t>Corresponding Author: Name, Email</w:t>
      </w:r>
    </w:p>
    <w:p>
      <w:pPr>
        <w:pStyle w:val="Heading1"/>
        <w:pBdr>
          <w:bottom w:val="single" w:sz="10" w:space="4" w:color="FF7A18"/>
        </w:pBdr>
      </w:pPr>
      <w:r>
        <w:t>Abstract</w:t>
      </w:r>
    </w:p>
    <w:p>
      <w:pPr>
        <w:spacing w:line="276" w:lineRule="auto" w:after="200"/>
      </w:pPr>
      <w:r>
        <w:t>[Write a concise abstract of 150-250 words. Include the research purpose, methodology, major findings, and conclusion. Avoid citations, undefined abbreviations, and excessive background information.]</w:t>
      </w:r>
    </w:p>
    <w:p>
      <w:pPr>
        <w:pStyle w:val="Heading1"/>
        <w:pBdr>
          <w:bottom w:val="single" w:sz="10" w:space="4" w:color="FF7A18"/>
        </w:pBdr>
      </w:pPr>
      <w:r>
        <w:t>Keywords</w:t>
      </w:r>
    </w:p>
    <w:p>
      <w:pPr>
        <w:spacing w:after="240"/>
      </w:pPr>
      <w:r>
        <w:rPr>
          <w:i/>
        </w:rPr>
        <w:t>[Keyword 1; Keyword 2; Keyword 3; Keyword 4; Keyword 5]</w:t>
      </w:r>
    </w:p>
    <w:p>
      <w:pPr>
        <w:pStyle w:val="Heading1"/>
        <w:pBdr>
          <w:bottom w:val="single" w:sz="10" w:space="4" w:color="FF7A18"/>
        </w:pBdr>
      </w:pPr>
      <w:r>
        <w:t>1. Introduction</w:t>
      </w:r>
    </w:p>
    <w:p>
      <w:pPr>
        <w:spacing w:line="276" w:lineRule="auto" w:after="200"/>
      </w:pPr>
      <w:r>
        <w:t>[Provide background, research context, problem statement, objectives, and significance of the study. Clearly identify the research gap and contribution.]</w:t>
      </w:r>
    </w:p>
    <w:p>
      <w:pPr>
        <w:pStyle w:val="Heading1"/>
        <w:pBdr>
          <w:bottom w:val="single" w:sz="10" w:space="4" w:color="FF7A18"/>
        </w:pBdr>
      </w:pPr>
      <w:r>
        <w:t>2. Literature Review</w:t>
      </w:r>
    </w:p>
    <w:p>
      <w:pPr>
        <w:spacing w:line="276" w:lineRule="auto" w:after="200"/>
      </w:pPr>
      <w:r>
        <w:t>[Discuss relevant theories, prior studies, and current developments. Organize literature thematically and connect it to the research objectives.]</w:t>
      </w:r>
    </w:p>
    <w:p>
      <w:pPr>
        <w:pStyle w:val="Heading1"/>
        <w:pBdr>
          <w:bottom w:val="single" w:sz="10" w:space="4" w:color="FF7A18"/>
        </w:pBdr>
      </w:pPr>
      <w:r>
        <w:t>3. Research Methodology</w:t>
      </w:r>
    </w:p>
    <w:p>
      <w:pPr>
        <w:spacing w:line="276" w:lineRule="auto" w:after="200"/>
      </w:pPr>
      <w:r>
        <w:t>[Describe research design, data sources, sample, instruments, variables, procedures, and analytical techniques. Ensure sufficient detail for reproducibility.]</w:t>
      </w:r>
    </w:p>
    <w:p>
      <w:pPr>
        <w:pStyle w:val="Heading1"/>
        <w:pBdr>
          <w:bottom w:val="single" w:sz="10" w:space="4" w:color="FF7A18"/>
        </w:pBdr>
      </w:pPr>
      <w:r>
        <w:t>4. Results and Analysis</w:t>
      </w:r>
    </w:p>
    <w:p>
      <w:pPr>
        <w:spacing w:line="276" w:lineRule="auto" w:after="200"/>
      </w:pPr>
      <w:r>
        <w:t>[Present research findings logically. Use tables and figures where appropriate. Do not duplicate all table data in the text; summarize key insights.]</w:t>
      </w:r>
    </w:p>
    <w:p>
      <w:pPr>
        <w:pStyle w:val="Heading1"/>
        <w:pBdr>
          <w:bottom w:val="single" w:sz="10" w:space="4" w:color="FF7A18"/>
        </w:pBdr>
      </w:pPr>
      <w:r>
        <w:t>5. Discussion</w:t>
      </w:r>
    </w:p>
    <w:p>
      <w:pPr>
        <w:spacing w:line="276" w:lineRule="auto" w:after="200"/>
      </w:pPr>
      <w:r>
        <w:t>[Interpret findings, compare with previous research, explain implications, and address limitations. Avoid unsupported claims.]</w:t>
      </w:r>
    </w:p>
    <w:p>
      <w:pPr>
        <w:pStyle w:val="Heading1"/>
        <w:pBdr>
          <w:bottom w:val="single" w:sz="10" w:space="4" w:color="FF7A18"/>
        </w:pBdr>
      </w:pPr>
      <w:r>
        <w:t>6. Conclusion</w:t>
      </w:r>
    </w:p>
    <w:p>
      <w:pPr>
        <w:spacing w:line="276" w:lineRule="auto" w:after="200"/>
      </w:pPr>
      <w:r>
        <w:t>[Summarize key findings, contribution, practical implications, limitations, and future research directions.]</w:t>
      </w:r>
    </w:p>
    <w:p>
      <w:pPr>
        <w:pStyle w:val="Heading1"/>
        <w:pBdr>
          <w:bottom w:val="single" w:sz="10" w:space="4" w:color="FF7A18"/>
        </w:pBdr>
      </w:pPr>
      <w:r>
        <w:t>Acknowledgements</w:t>
      </w:r>
    </w:p>
    <w:p>
      <w:pPr>
        <w:spacing w:line="276" w:lineRule="auto" w:after="200"/>
      </w:pPr>
      <w:r>
        <w:t>[Optional. Acknowledge funding agencies, institutional support, contributors, or technical assistance.]</w:t>
      </w:r>
    </w:p>
    <w:p>
      <w:pPr>
        <w:pStyle w:val="Heading1"/>
        <w:pBdr>
          <w:bottom w:val="single" w:sz="10" w:space="4" w:color="FF7A18"/>
        </w:pBdr>
      </w:pPr>
      <w:r>
        <w:t>Conflict of Interest Statement</w:t>
      </w:r>
    </w:p>
    <w:p>
      <w:pPr>
        <w:spacing w:line="276" w:lineRule="auto" w:after="200"/>
      </w:pPr>
      <w:r>
        <w:t>The authors declare that there is no conflict of interest regarding the publication of this manuscript.</w:t>
      </w:r>
    </w:p>
    <w:p>
      <w:pPr>
        <w:pStyle w:val="Heading1"/>
        <w:pBdr>
          <w:bottom w:val="single" w:sz="10" w:space="4" w:color="FF7A18"/>
        </w:pBdr>
      </w:pPr>
      <w:r>
        <w:t>AI Use Disclosure</w:t>
      </w:r>
    </w:p>
    <w:p>
      <w:pPr>
        <w:spacing w:line="276" w:lineRule="auto" w:after="200"/>
      </w:pPr>
      <w:r>
        <w:t>[Declare any significant AI-assisted writing, editing, translation, or formatting support. If not used, write: The authors declare that no AI tools were used to generate scientific content, data, analysis, or conclusions.]</w:t>
      </w:r>
    </w:p>
    <w:p>
      <w:pPr>
        <w:pStyle w:val="Heading1"/>
        <w:pBdr>
          <w:bottom w:val="single" w:sz="10" w:space="4" w:color="FF7A18"/>
        </w:pBdr>
      </w:pPr>
      <w:r>
        <w:t>Table Format Example</w:t>
      </w:r>
    </w:p>
    <w:p>
      <w:r>
        <w:rPr>
          <w:b/>
          <w:color w:val="061F3F"/>
          <w:sz w:val="19"/>
        </w:rPr>
        <w:t>Table 1: Sample table caption should appear above the table.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061F3F"/>
          </w:tcPr>
          <w:p>
            <w:r>
              <w:rPr>
                <w:b/>
                <w:color w:val="FFFFFF"/>
                <w:sz w:val="18"/>
              </w:rPr>
              <w:t>Variable</w:t>
            </w:r>
          </w:p>
        </w:tc>
        <w:tc>
          <w:tcPr>
            <w:tcW w:type="dxa" w:w="2484"/>
            <w:shd w:fill="061F3F"/>
          </w:tcPr>
          <w:p>
            <w:r>
              <w:rPr>
                <w:b/>
                <w:color w:val="FFFFFF"/>
                <w:sz w:val="18"/>
              </w:rPr>
              <w:t>Description</w:t>
            </w:r>
          </w:p>
        </w:tc>
        <w:tc>
          <w:tcPr>
            <w:tcW w:type="dxa" w:w="2484"/>
            <w:shd w:fill="061F3F"/>
          </w:tcPr>
          <w:p>
            <w:r>
              <w:rPr>
                <w:b/>
                <w:color w:val="FFFFFF"/>
                <w:sz w:val="18"/>
              </w:rPr>
              <w:t>Measure</w:t>
            </w:r>
          </w:p>
        </w:tc>
        <w:tc>
          <w:tcPr>
            <w:tcW w:type="dxa" w:w="2484"/>
            <w:shd w:fill="061F3F"/>
          </w:tcPr>
          <w:p>
            <w:r>
              <w:rPr>
                <w:b/>
                <w:color w:val="FFFFFF"/>
                <w:sz w:val="18"/>
              </w:rPr>
              <w:t>Remarks</w:t>
            </w:r>
          </w:p>
        </w:tc>
      </w:tr>
      <w:tr>
        <w:tc>
          <w:tcPr>
            <w:tcW w:type="dxa" w:w="2484"/>
          </w:tcPr>
          <w:p>
            <w:r>
              <w:rPr>
                <w:color w:val="4B5B70"/>
                <w:sz w:val="18"/>
              </w:rPr>
              <w:t>[Text]</w:t>
            </w:r>
          </w:p>
        </w:tc>
        <w:tc>
          <w:tcPr>
            <w:tcW w:type="dxa" w:w="2484"/>
          </w:tcPr>
          <w:p>
            <w:r>
              <w:rPr>
                <w:color w:val="4B5B70"/>
                <w:sz w:val="18"/>
              </w:rPr>
              <w:t>[Text]</w:t>
            </w:r>
          </w:p>
        </w:tc>
        <w:tc>
          <w:tcPr>
            <w:tcW w:type="dxa" w:w="2484"/>
          </w:tcPr>
          <w:p>
            <w:r>
              <w:rPr>
                <w:color w:val="4B5B70"/>
                <w:sz w:val="18"/>
              </w:rPr>
              <w:t>[Text]</w:t>
            </w:r>
          </w:p>
        </w:tc>
        <w:tc>
          <w:tcPr>
            <w:tcW w:type="dxa" w:w="2484"/>
          </w:tcPr>
          <w:p>
            <w:r>
              <w:rPr>
                <w:color w:val="4B5B70"/>
                <w:sz w:val="18"/>
              </w:rPr>
              <w:t>[Text]</w:t>
            </w:r>
          </w:p>
        </w:tc>
      </w:tr>
      <w:tr>
        <w:tc>
          <w:tcPr>
            <w:tcW w:type="dxa" w:w="2484"/>
          </w:tcPr>
          <w:p>
            <w:r>
              <w:rPr>
                <w:color w:val="4B5B70"/>
                <w:sz w:val="18"/>
              </w:rPr>
              <w:t>[Text]</w:t>
            </w:r>
          </w:p>
        </w:tc>
        <w:tc>
          <w:tcPr>
            <w:tcW w:type="dxa" w:w="2484"/>
          </w:tcPr>
          <w:p>
            <w:r>
              <w:rPr>
                <w:color w:val="4B5B70"/>
                <w:sz w:val="18"/>
              </w:rPr>
              <w:t>[Text]</w:t>
            </w:r>
          </w:p>
        </w:tc>
        <w:tc>
          <w:tcPr>
            <w:tcW w:type="dxa" w:w="2484"/>
          </w:tcPr>
          <w:p>
            <w:r>
              <w:rPr>
                <w:color w:val="4B5B70"/>
                <w:sz w:val="18"/>
              </w:rPr>
              <w:t>[Text]</w:t>
            </w:r>
          </w:p>
        </w:tc>
        <w:tc>
          <w:tcPr>
            <w:tcW w:type="dxa" w:w="2484"/>
          </w:tcPr>
          <w:p>
            <w:r>
              <w:rPr>
                <w:color w:val="4B5B70"/>
                <w:sz w:val="18"/>
              </w:rPr>
              <w:t>[Text]</w:t>
            </w:r>
          </w:p>
        </w:tc>
      </w:tr>
      <w:tr>
        <w:tc>
          <w:tcPr>
            <w:tcW w:type="dxa" w:w="2484"/>
          </w:tcPr>
          <w:p>
            <w:r>
              <w:rPr>
                <w:color w:val="4B5B70"/>
                <w:sz w:val="18"/>
              </w:rPr>
              <w:t>[Text]</w:t>
            </w:r>
          </w:p>
        </w:tc>
        <w:tc>
          <w:tcPr>
            <w:tcW w:type="dxa" w:w="2484"/>
          </w:tcPr>
          <w:p>
            <w:r>
              <w:rPr>
                <w:color w:val="4B5B70"/>
                <w:sz w:val="18"/>
              </w:rPr>
              <w:t>[Text]</w:t>
            </w:r>
          </w:p>
        </w:tc>
        <w:tc>
          <w:tcPr>
            <w:tcW w:type="dxa" w:w="2484"/>
          </w:tcPr>
          <w:p>
            <w:r>
              <w:rPr>
                <w:color w:val="4B5B70"/>
                <w:sz w:val="18"/>
              </w:rPr>
              <w:t>[Text]</w:t>
            </w:r>
          </w:p>
        </w:tc>
        <w:tc>
          <w:tcPr>
            <w:tcW w:type="dxa" w:w="2484"/>
          </w:tcPr>
          <w:p>
            <w:r>
              <w:rPr>
                <w:color w:val="4B5B70"/>
                <w:sz w:val="18"/>
              </w:rPr>
              <w:t>[Text]</w:t>
            </w:r>
          </w:p>
        </w:tc>
      </w:tr>
    </w:tbl>
    <w:p>
      <w:pPr>
        <w:pStyle w:val="TemplateNote"/>
        <w:spacing w:after="200"/>
      </w:pPr>
      <w:r>
        <w:t>Note: Use editable tables, not screenshots. All tables must be cited in the text.</w:t>
      </w:r>
    </w:p>
    <w:p>
      <w:pPr>
        <w:pStyle w:val="Heading1"/>
        <w:pBdr>
          <w:bottom w:val="single" w:sz="10" w:space="4" w:color="FF7A18"/>
        </w:pBdr>
      </w:pPr>
      <w:r>
        <w:t>Figure Format Example</w:t>
      </w:r>
    </w:p>
    <w:p>
      <w:pPr>
        <w:spacing w:before="320" w:after="320"/>
        <w:jc w:val="center"/>
      </w:pPr>
      <w:r>
        <w:t>[Insert high-resolution figure here. Use clear labels and readable text.]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8640"/>
            <w:shd w:fill="F7FAFF"/>
            <w:tcBorders>
              <w:top w:val="single" w:sz="8" w:color="BFD0E2"/>
              <w:left w:val="single" w:sz="8" w:color="BFD0E2"/>
              <w:bottom w:val="single" w:sz="8" w:color="BFD0E2"/>
              <w:right w:val="single" w:sz="8" w:color="BFD0E2"/>
            </w:tcBorders>
          </w:tcPr>
          <w:p>
            <w:pPr>
              <w:jc w:val="center"/>
            </w:pPr>
            <w:r>
              <w:rPr>
                <w:b/>
                <w:color w:val="4B5B70"/>
                <w:sz w:val="24"/>
              </w:rPr>
              <w:br/>
              <w:t>Figure Placeholder</w:t>
              <w:br/>
            </w:r>
          </w:p>
        </w:tc>
      </w:tr>
    </w:tbl>
    <w:p>
      <w:pPr>
        <w:spacing w:after="200"/>
      </w:pPr>
      <w:r>
        <w:rPr>
          <w:b/>
          <w:color w:val="061F3F"/>
          <w:sz w:val="19"/>
        </w:rPr>
        <w:t>Figure 1: Sample figure caption should appear below the figure.</w:t>
      </w:r>
    </w:p>
    <w:p>
      <w:pPr>
        <w:pStyle w:val="Heading1"/>
        <w:pBdr>
          <w:bottom w:val="single" w:sz="10" w:space="4" w:color="FF7A18"/>
        </w:pBdr>
      </w:pPr>
      <w:r>
        <w:t>References</w:t>
      </w:r>
    </w:p>
    <w:p>
      <w:pPr>
        <w:spacing w:after="80"/>
        <w:ind w:left="360" w:hanging="360"/>
      </w:pPr>
      <w:r>
        <w:t>[1] Author A. A., Author B. B. (Year). Title of article. Journal Name, Volume(Issue), pages. DOI/URL.</w:t>
      </w:r>
    </w:p>
    <w:p>
      <w:pPr>
        <w:spacing w:after="80"/>
        <w:ind w:left="360" w:hanging="360"/>
      </w:pPr>
      <w:r>
        <w:t>[2] Author C. C. (Year). Title of book. Publisher.</w:t>
      </w:r>
    </w:p>
    <w:p>
      <w:pPr>
        <w:spacing w:after="80"/>
        <w:ind w:left="360" w:hanging="360"/>
      </w:pPr>
      <w:r>
        <w:t>[3] Author D. D. (Year). Title of conference paper. Conference Name, pages.</w:t>
      </w:r>
    </w:p>
    <w:p>
      <w:r>
        <w:br w:type="page"/>
      </w:r>
    </w:p>
    <w:p>
      <w:pPr>
        <w:pStyle w:val="Heading1"/>
        <w:pBdr>
          <w:bottom w:val="single" w:sz="10" w:space="4" w:color="FF7A18"/>
        </w:pBdr>
      </w:pPr>
      <w:r>
        <w:t>Pre-Submission Checklist</w:t>
      </w:r>
    </w:p>
    <w:p>
      <w:pPr>
        <w:ind w:left="216"/>
      </w:pPr>
      <w:r>
        <w:rPr>
          <w:color w:val="FF7A18"/>
          <w:sz w:val="22"/>
        </w:rPr>
        <w:t xml:space="preserve">☐ </w:t>
      </w:r>
      <w:r>
        <w:rPr>
          <w:sz w:val="21"/>
        </w:rPr>
        <w:t>Original and unpublished manuscript.</w:t>
      </w:r>
    </w:p>
    <w:p>
      <w:pPr>
        <w:ind w:left="216"/>
      </w:pPr>
      <w:r>
        <w:rPr>
          <w:color w:val="FF7A18"/>
          <w:sz w:val="22"/>
        </w:rPr>
        <w:t xml:space="preserve">☐ </w:t>
      </w:r>
      <w:r>
        <w:rPr>
          <w:sz w:val="21"/>
        </w:rPr>
        <w:t>All authors approved the final version.</w:t>
      </w:r>
    </w:p>
    <w:p>
      <w:pPr>
        <w:ind w:left="216"/>
      </w:pPr>
      <w:r>
        <w:rPr>
          <w:color w:val="FF7A18"/>
          <w:sz w:val="22"/>
        </w:rPr>
        <w:t xml:space="preserve">☐ </w:t>
      </w:r>
      <w:r>
        <w:rPr>
          <w:sz w:val="21"/>
        </w:rPr>
        <w:t>Abstract and keywords are included.</w:t>
      </w:r>
    </w:p>
    <w:p>
      <w:pPr>
        <w:ind w:left="216"/>
      </w:pPr>
      <w:r>
        <w:rPr>
          <w:color w:val="FF7A18"/>
          <w:sz w:val="22"/>
        </w:rPr>
        <w:t xml:space="preserve">☐ </w:t>
      </w:r>
      <w:r>
        <w:rPr>
          <w:sz w:val="21"/>
        </w:rPr>
        <w:t>Figures and tables are numbered and cited.</w:t>
      </w:r>
    </w:p>
    <w:p>
      <w:pPr>
        <w:ind w:left="216"/>
      </w:pPr>
      <w:r>
        <w:rPr>
          <w:color w:val="FF7A18"/>
          <w:sz w:val="22"/>
        </w:rPr>
        <w:t xml:space="preserve">☐ </w:t>
      </w:r>
      <w:r>
        <w:rPr>
          <w:sz w:val="21"/>
        </w:rPr>
        <w:t>References are complete and consistent.</w:t>
      </w:r>
    </w:p>
    <w:p>
      <w:pPr>
        <w:ind w:left="216"/>
      </w:pPr>
      <w:r>
        <w:rPr>
          <w:color w:val="FF7A18"/>
          <w:sz w:val="22"/>
        </w:rPr>
        <w:t xml:space="preserve">☐ </w:t>
      </w:r>
      <w:r>
        <w:rPr>
          <w:sz w:val="21"/>
        </w:rPr>
        <w:t>Plagiarism and similarity have been checked.</w:t>
      </w:r>
    </w:p>
    <w:p>
      <w:pPr>
        <w:ind w:left="216"/>
      </w:pPr>
      <w:r>
        <w:rPr>
          <w:color w:val="FF7A18"/>
          <w:sz w:val="22"/>
        </w:rPr>
        <w:t xml:space="preserve">☐ </w:t>
      </w:r>
      <w:r>
        <w:rPr>
          <w:sz w:val="21"/>
        </w:rPr>
        <w:t>AI-assisted writing, if any, is disclosed.</w:t>
      </w:r>
    </w:p>
    <w:p>
      <w:pPr>
        <w:ind w:left="216"/>
      </w:pPr>
      <w:r>
        <w:rPr>
          <w:color w:val="FF7A18"/>
          <w:sz w:val="22"/>
        </w:rPr>
        <w:t xml:space="preserve">☐ </w:t>
      </w:r>
      <w:r>
        <w:rPr>
          <w:sz w:val="21"/>
        </w:rPr>
        <w:t>Ethical approval or consent is declared where applicable.</w:t>
      </w:r>
    </w:p>
    <w:p>
      <w:pPr>
        <w:ind w:left="216"/>
      </w:pPr>
      <w:r>
        <w:rPr>
          <w:color w:val="FF7A18"/>
          <w:sz w:val="22"/>
        </w:rPr>
        <w:t xml:space="preserve">☐ </w:t>
      </w:r>
      <w:r>
        <w:rPr>
          <w:sz w:val="21"/>
        </w:rPr>
        <w:t>Manuscript file is prepared in DOC, DOCX, or PDF format.</w:t>
      </w:r>
    </w:p>
    <w:p>
      <w:pPr>
        <w:pStyle w:val="TemplateNote"/>
        <w:jc w:val="center"/>
      </w:pPr>
      <w:r>
        <w:br/>
        <w:t>Submission portal: https://ijamret.org/submit-paper.php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80" w:right="1152" w:bottom="108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4B5B70"/>
        <w:sz w:val="16"/>
      </w:rPr>
      <w:t>International Journal of Advanced Multidisciplinary Research and Emerging Trends | Manuscript Template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b/>
        <w:color w:val="061F3F"/>
        <w:sz w:val="18"/>
      </w:rPr>
      <w:t>IJAMRET Manuscript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color w:val="1F2D3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61F3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61F3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061F3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61F3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emplateNote">
    <w:name w:val="Template Note"/>
    <w:rPr>
      <w:rFonts w:ascii="Arial" w:hAnsi="Arial" w:eastAsia="Arial"/>
      <w:color w:val="4B5B70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IJAMRET Manuscript Template</dc:title>
  <dc:subject>Official manuscript template for IJAMRET authors</dc:subject>
  <dc:creator>IJAMRET Editorial Office</dc:creator>
  <cp:keywords/>
  <dc:description>Template created for manuscript preparation.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